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D55E" w14:textId="77777777" w:rsidR="00BE0C3B" w:rsidRDefault="00000000">
      <w:pPr>
        <w:pStyle w:val="Titre1"/>
        <w:jc w:val="center"/>
      </w:pPr>
      <w:r>
        <w:t>APPRENTISSAGE ANTICIPÉ DE LA CONDUITE (AAC)</w:t>
      </w:r>
      <w:r>
        <w:br/>
        <w:t>ET CONDUITE SUPERVISÉE (CS)</w:t>
      </w:r>
    </w:p>
    <w:p w14:paraId="520B4E97" w14:textId="77777777" w:rsidR="00BE0C3B" w:rsidRDefault="00000000">
      <w:r>
        <w:t>Ces formations permettent aux élèves conducteurs d’acquérir davantage d’expérience, de gagner en confiance au volant et d’augmenter leurs chances de réussite à l’examen du permis.</w:t>
      </w:r>
    </w:p>
    <w:p w14:paraId="16D2CFB9" w14:textId="77777777" w:rsidR="00BE0C3B" w:rsidRDefault="00000000">
      <w:pPr>
        <w:pStyle w:val="Titre2"/>
      </w:pPr>
      <w:r>
        <w:t>Pourquoi choisir l’AAC ou la Conduite Supervisée ?</w:t>
      </w:r>
    </w:p>
    <w:p w14:paraId="3077B005" w14:textId="77777777" w:rsidR="00BE0C3B" w:rsidRDefault="00000000">
      <w:pPr>
        <w:pStyle w:val="Listepuces"/>
      </w:pPr>
      <w:r>
        <w:t>Acquérir davantage d’expérience de conduite</w:t>
      </w:r>
    </w:p>
    <w:p w14:paraId="7AA8720D" w14:textId="77777777" w:rsidR="00BE0C3B" w:rsidRDefault="00000000">
      <w:pPr>
        <w:pStyle w:val="Listepuces"/>
      </w:pPr>
      <w:r>
        <w:t>Réduire le risque d’accident</w:t>
      </w:r>
    </w:p>
    <w:p w14:paraId="2B2C4C71" w14:textId="77777777" w:rsidR="00BE0C3B" w:rsidRDefault="00000000">
      <w:pPr>
        <w:pStyle w:val="Listepuces"/>
      </w:pPr>
      <w:r>
        <w:t>Conduire dans des situations réelles</w:t>
      </w:r>
    </w:p>
    <w:p w14:paraId="5D7D5E4B" w14:textId="77777777" w:rsidR="00BE0C3B" w:rsidRDefault="00000000">
      <w:pPr>
        <w:pStyle w:val="Listepuces"/>
      </w:pPr>
      <w:r>
        <w:t>Gagner en confiance et en autonomie</w:t>
      </w:r>
    </w:p>
    <w:p w14:paraId="2D975BE2" w14:textId="77777777" w:rsidR="00BE0C3B" w:rsidRDefault="00000000">
      <w:pPr>
        <w:pStyle w:val="Listepuces"/>
      </w:pPr>
      <w:r>
        <w:t>Augmenter les chances de réussite au permis</w:t>
      </w:r>
    </w:p>
    <w:p w14:paraId="22ACB183" w14:textId="77777777" w:rsidR="00BE0C3B" w:rsidRDefault="00000000">
      <w:pPr>
        <w:pStyle w:val="Titre2"/>
      </w:pPr>
      <w:r>
        <w:t>L’APPRENTISSAGE ANTICIPÉ DE LA CONDUITE (AAC)</w:t>
      </w:r>
    </w:p>
    <w:p w14:paraId="5622C235" w14:textId="77777777" w:rsidR="00BE0C3B" w:rsidRDefault="00000000">
      <w:r>
        <w:t>Accessible dès 15 ans.</w:t>
      </w:r>
    </w:p>
    <w:p w14:paraId="0E81605F" w14:textId="77777777" w:rsidR="00BE0C3B" w:rsidRDefault="00000000">
      <w:pPr>
        <w:pStyle w:val="Titre3"/>
      </w:pPr>
      <w:r>
        <w:t>Déroulement</w:t>
      </w:r>
    </w:p>
    <w:p w14:paraId="145ACC52" w14:textId="77777777" w:rsidR="00BE0C3B" w:rsidRDefault="00000000">
      <w:pPr>
        <w:pStyle w:val="Listenumros"/>
      </w:pPr>
      <w:r>
        <w:t>Formation en auto-école : Code de la route et formation pratique</w:t>
      </w:r>
    </w:p>
    <w:p w14:paraId="7A5D14EA" w14:textId="77777777" w:rsidR="00BE0C3B" w:rsidRDefault="00000000">
      <w:pPr>
        <w:pStyle w:val="Listenumros"/>
      </w:pPr>
      <w:r>
        <w:t>Validation des compétences par l’enseignant</w:t>
      </w:r>
    </w:p>
    <w:p w14:paraId="5FF85EE0" w14:textId="77777777" w:rsidR="00BE0C3B" w:rsidRDefault="00000000">
      <w:pPr>
        <w:pStyle w:val="Listenumros"/>
      </w:pPr>
      <w:r>
        <w:t>Conduite accompagnée pendant minimum 1 an et 3 000 km</w:t>
      </w:r>
    </w:p>
    <w:p w14:paraId="565C999B" w14:textId="77777777" w:rsidR="00BE0C3B" w:rsidRDefault="00000000">
      <w:pPr>
        <w:pStyle w:val="Listenumros"/>
      </w:pPr>
      <w:r>
        <w:t>Passage de l’examen pratique possible dès 17 ans</w:t>
      </w:r>
    </w:p>
    <w:p w14:paraId="397DAE2B" w14:textId="77777777" w:rsidR="00BE0C3B" w:rsidRDefault="00000000">
      <w:pPr>
        <w:pStyle w:val="Titre3"/>
      </w:pPr>
      <w:r>
        <w:t>Conditions d’accès</w:t>
      </w:r>
    </w:p>
    <w:p w14:paraId="258F7FD0" w14:textId="77777777" w:rsidR="00BE0C3B" w:rsidRDefault="00000000">
      <w:pPr>
        <w:pStyle w:val="Listepuces"/>
      </w:pPr>
      <w:r>
        <w:t>Être âgé d’au moins 15 ans</w:t>
      </w:r>
    </w:p>
    <w:p w14:paraId="0D272063" w14:textId="77777777" w:rsidR="00BE0C3B" w:rsidRDefault="00000000">
      <w:pPr>
        <w:pStyle w:val="Listepuces"/>
      </w:pPr>
      <w:r>
        <w:t>Avoir l’accord du représentant légal</w:t>
      </w:r>
    </w:p>
    <w:p w14:paraId="311236EE" w14:textId="77777777" w:rsidR="00BE0C3B" w:rsidRDefault="00000000">
      <w:pPr>
        <w:pStyle w:val="Listepuces"/>
      </w:pPr>
      <w:r>
        <w:t>Avoir l’accord de l’assurance</w:t>
      </w:r>
    </w:p>
    <w:p w14:paraId="22D20E72" w14:textId="77777777" w:rsidR="00BE0C3B" w:rsidRDefault="00000000">
      <w:pPr>
        <w:pStyle w:val="Titre3"/>
      </w:pPr>
      <w:r>
        <w:t>Conditions pour l’accompagnateur</w:t>
      </w:r>
    </w:p>
    <w:p w14:paraId="6F80F7EA" w14:textId="77777777" w:rsidR="00BE0C3B" w:rsidRDefault="00000000">
      <w:pPr>
        <w:pStyle w:val="Listepuces"/>
      </w:pPr>
      <w:r>
        <w:t>Être titulaire du permis B depuis au moins 5 ans sans interruption</w:t>
      </w:r>
    </w:p>
    <w:p w14:paraId="41B3B74E" w14:textId="77777777" w:rsidR="00BE0C3B" w:rsidRDefault="00000000">
      <w:pPr>
        <w:pStyle w:val="Listepuces"/>
      </w:pPr>
      <w:r>
        <w:t>Avoir obtenu l’accord de son assurance</w:t>
      </w:r>
    </w:p>
    <w:p w14:paraId="268C095F" w14:textId="77777777" w:rsidR="00BE0C3B" w:rsidRDefault="00000000">
      <w:pPr>
        <w:pStyle w:val="Titre2"/>
      </w:pPr>
      <w:r>
        <w:t>LA CONDUITE SUPERVISÉE (CS)</w:t>
      </w:r>
    </w:p>
    <w:p w14:paraId="655059C6" w14:textId="77777777" w:rsidR="00BE0C3B" w:rsidRDefault="00000000">
      <w:r>
        <w:t>Accessible dès 18 ans.</w:t>
      </w:r>
    </w:p>
    <w:p w14:paraId="56910015" w14:textId="77777777" w:rsidR="00BE0C3B" w:rsidRDefault="00000000">
      <w:pPr>
        <w:pStyle w:val="Titre3"/>
      </w:pPr>
      <w:r>
        <w:t>Déroulement</w:t>
      </w:r>
    </w:p>
    <w:p w14:paraId="13BD08D6" w14:textId="77777777" w:rsidR="00BE0C3B" w:rsidRDefault="00000000">
      <w:pPr>
        <w:pStyle w:val="Listenumros"/>
      </w:pPr>
      <w:r>
        <w:t>Obtention du Code de la route</w:t>
      </w:r>
    </w:p>
    <w:p w14:paraId="5608C019" w14:textId="77777777" w:rsidR="00BE0C3B" w:rsidRDefault="00000000">
      <w:pPr>
        <w:pStyle w:val="Listenumros"/>
      </w:pPr>
      <w:r>
        <w:t>Formation pratique obligatoire en auto-école</w:t>
      </w:r>
    </w:p>
    <w:p w14:paraId="28BE6E6D" w14:textId="77777777" w:rsidR="00BE0C3B" w:rsidRDefault="00000000">
      <w:pPr>
        <w:pStyle w:val="Listenumros"/>
      </w:pPr>
      <w:r>
        <w:t>Conduite avec accompagnateur</w:t>
      </w:r>
    </w:p>
    <w:p w14:paraId="2C9F224B" w14:textId="77777777" w:rsidR="00BE0C3B" w:rsidRDefault="00000000">
      <w:pPr>
        <w:pStyle w:val="Listenumros"/>
      </w:pPr>
      <w:r>
        <w:t>Passage du permis lorsque l’élève est prêt</w:t>
      </w:r>
    </w:p>
    <w:p w14:paraId="6FF350CA" w14:textId="77777777" w:rsidR="00BE0C3B" w:rsidRDefault="00000000">
      <w:pPr>
        <w:pStyle w:val="Titre3"/>
      </w:pPr>
      <w:r>
        <w:t>Conditions d’accès</w:t>
      </w:r>
    </w:p>
    <w:p w14:paraId="646F4267" w14:textId="77777777" w:rsidR="00BE0C3B" w:rsidRDefault="00000000">
      <w:pPr>
        <w:pStyle w:val="Listepuces"/>
      </w:pPr>
      <w:r>
        <w:t>Être âgé d’au moins 18 ans</w:t>
      </w:r>
    </w:p>
    <w:p w14:paraId="1B534E59" w14:textId="77777777" w:rsidR="00BE0C3B" w:rsidRDefault="00000000">
      <w:pPr>
        <w:pStyle w:val="Listepuces"/>
      </w:pPr>
      <w:r>
        <w:lastRenderedPageBreak/>
        <w:t>Avoir obtenu le Code de la route</w:t>
      </w:r>
    </w:p>
    <w:p w14:paraId="65F17982" w14:textId="77777777" w:rsidR="00BE0C3B" w:rsidRDefault="00000000">
      <w:pPr>
        <w:pStyle w:val="Listepuces"/>
      </w:pPr>
      <w:r>
        <w:t>Avoir validé la formation initiale</w:t>
      </w:r>
    </w:p>
    <w:p w14:paraId="7BCF4D82" w14:textId="77777777" w:rsidR="00BE0C3B" w:rsidRDefault="00000000">
      <w:pPr>
        <w:pStyle w:val="Titre3"/>
      </w:pPr>
      <w:r>
        <w:t>Conditions pour l’accompagnateur</w:t>
      </w:r>
    </w:p>
    <w:p w14:paraId="5ADD79E6" w14:textId="77777777" w:rsidR="00BE0C3B" w:rsidRDefault="00000000">
      <w:pPr>
        <w:pStyle w:val="Listepuces"/>
      </w:pPr>
      <w:r>
        <w:t>Être titulaire du permis B depuis au moins 5 ans</w:t>
      </w:r>
    </w:p>
    <w:p w14:paraId="7D9A4830" w14:textId="77777777" w:rsidR="00BE0C3B" w:rsidRDefault="00000000">
      <w:pPr>
        <w:pStyle w:val="Listepuces"/>
      </w:pPr>
      <w:r>
        <w:t>Avoir l’accord de l’assurance</w:t>
      </w:r>
    </w:p>
    <w:p w14:paraId="22D05F43" w14:textId="77777777" w:rsidR="00BE0C3B" w:rsidRDefault="00000000">
      <w:pPr>
        <w:pStyle w:val="Titre2"/>
      </w:pPr>
      <w:r>
        <w:t>Documents nécessaires pour l’inscription</w:t>
      </w:r>
    </w:p>
    <w:p w14:paraId="2EE350B4" w14:textId="77777777" w:rsidR="00BE0C3B" w:rsidRDefault="00000000">
      <w:pPr>
        <w:pStyle w:val="Listepuces"/>
      </w:pPr>
      <w:r>
        <w:t>Pièce d’identité</w:t>
      </w:r>
    </w:p>
    <w:p w14:paraId="619BC82E" w14:textId="77777777" w:rsidR="00BE0C3B" w:rsidRDefault="00000000">
      <w:pPr>
        <w:pStyle w:val="Listepuces"/>
      </w:pPr>
      <w:r>
        <w:t>Justificatif de domicile</w:t>
      </w:r>
    </w:p>
    <w:p w14:paraId="305B6ECB" w14:textId="77777777" w:rsidR="00BE0C3B" w:rsidRDefault="00000000">
      <w:pPr>
        <w:pStyle w:val="Listepuces"/>
      </w:pPr>
      <w:r>
        <w:t>Photos d’identité ANTS</w:t>
      </w:r>
    </w:p>
    <w:p w14:paraId="3EB632AB" w14:textId="77777777" w:rsidR="00BE0C3B" w:rsidRDefault="00000000">
      <w:pPr>
        <w:pStyle w:val="Listepuces"/>
      </w:pPr>
      <w:r>
        <w:t>ASSR2 ou ASR selon l’âge</w:t>
      </w:r>
    </w:p>
    <w:p w14:paraId="6EC2AA8D" w14:textId="77777777" w:rsidR="00BE0C3B" w:rsidRDefault="00000000">
      <w:pPr>
        <w:pStyle w:val="Listepuces"/>
      </w:pPr>
      <w:r>
        <w:t>Accord parental pour les mineurs</w:t>
      </w:r>
    </w:p>
    <w:p w14:paraId="3D15DAA9" w14:textId="77777777" w:rsidR="00BE0C3B" w:rsidRDefault="00000000">
      <w:pPr>
        <w:pStyle w:val="Titre2"/>
      </w:pPr>
      <w:r>
        <w:t>Nos engagements</w:t>
      </w:r>
    </w:p>
    <w:p w14:paraId="0A724D8E" w14:textId="77777777" w:rsidR="00BE0C3B" w:rsidRDefault="00000000">
      <w:r>
        <w:t>Notre auto-école accompagne chaque élève vers une conduite plus sûre, plus responsable et plus autonome grâce à des formations adaptées et progressives.</w:t>
      </w:r>
    </w:p>
    <w:p w14:paraId="5E15F0FD" w14:textId="77777777" w:rsidR="00BE0C3B" w:rsidRDefault="00000000">
      <w:pPr>
        <w:pStyle w:val="Titre2"/>
      </w:pPr>
      <w:r>
        <w:t>Sources officielles</w:t>
      </w:r>
    </w:p>
    <w:p w14:paraId="0ACB00CA" w14:textId="77777777" w:rsidR="00BE0C3B" w:rsidRDefault="00000000">
      <w:r>
        <w:t>Sécurité Routière : https://www.securite-routiere.gouv.fr</w:t>
      </w:r>
    </w:p>
    <w:p w14:paraId="28EA07EC" w14:textId="77777777" w:rsidR="00BE0C3B" w:rsidRDefault="00000000">
      <w:r>
        <w:t>Service Public : https://www.service-public.fr</w:t>
      </w:r>
    </w:p>
    <w:sectPr w:rsidR="00BE0C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4971027">
    <w:abstractNumId w:val="8"/>
  </w:num>
  <w:num w:numId="2" w16cid:durableId="793211020">
    <w:abstractNumId w:val="6"/>
  </w:num>
  <w:num w:numId="3" w16cid:durableId="1702508063">
    <w:abstractNumId w:val="5"/>
  </w:num>
  <w:num w:numId="4" w16cid:durableId="1738935121">
    <w:abstractNumId w:val="4"/>
  </w:num>
  <w:num w:numId="5" w16cid:durableId="455610808">
    <w:abstractNumId w:val="7"/>
  </w:num>
  <w:num w:numId="6" w16cid:durableId="1101997255">
    <w:abstractNumId w:val="3"/>
  </w:num>
  <w:num w:numId="7" w16cid:durableId="987323889">
    <w:abstractNumId w:val="2"/>
  </w:num>
  <w:num w:numId="8" w16cid:durableId="1617057523">
    <w:abstractNumId w:val="1"/>
  </w:num>
  <w:num w:numId="9" w16cid:durableId="68937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E2067"/>
    <w:rsid w:val="00AA1D8D"/>
    <w:rsid w:val="00B47730"/>
    <w:rsid w:val="00BE0A16"/>
    <w:rsid w:val="00BE0C3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2177B"/>
  <w14:defaultImageDpi w14:val="300"/>
  <w15:docId w15:val="{8EC3E434-519F-4363-976C-45AEE9C8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1655</Characters>
  <Application>Microsoft Office Word</Application>
  <DocSecurity>0</DocSecurity>
  <Lines>50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laetitia iza</cp:lastModifiedBy>
  <cp:revision>2</cp:revision>
  <dcterms:created xsi:type="dcterms:W3CDTF">2026-05-18T07:59:00Z</dcterms:created>
  <dcterms:modified xsi:type="dcterms:W3CDTF">2026-05-18T07:59:00Z</dcterms:modified>
  <cp:category/>
</cp:coreProperties>
</file>